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4: Multiplication to Three Digits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Find: 124 x 6.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Find 34 x 21 and show a model (area or partial products).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Find 213 x 45 and estimate first to check.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multiply to three digits and show my thinking.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